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148FC" w14:textId="77777777" w:rsidR="00493615" w:rsidRDefault="00000000">
      <w:pPr>
        <w:spacing w:after="40"/>
        <w:jc w:val="center"/>
      </w:pPr>
      <w:r>
        <w:t>Embassy of Japan in Türkiye – Local Staff Application Form</w:t>
      </w:r>
    </w:p>
    <w:p w14:paraId="7739D8DD" w14:textId="77777777" w:rsidR="00493615" w:rsidRDefault="00000000">
      <w:pPr>
        <w:spacing w:after="120"/>
        <w:jc w:val="center"/>
      </w:pPr>
      <w:r>
        <w:t>Building and Facilities Technical Management</w:t>
      </w:r>
    </w:p>
    <w:p w14:paraId="01419704" w14:textId="77777777" w:rsidR="00493615" w:rsidRDefault="00000000">
      <w:pPr>
        <w:spacing w:before="100" w:after="60"/>
      </w:pPr>
      <w:r>
        <w:t>1  Contact Information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493615" w14:paraId="72B0E4B4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4C4B2A53" w14:textId="77777777" w:rsidR="00493615" w:rsidRDefault="00000000">
            <w:r>
              <w:t>Full Name</w:t>
            </w:r>
            <w:r>
              <w:br/>
            </w:r>
            <w:r>
              <w:br/>
            </w:r>
          </w:p>
        </w:tc>
        <w:tc>
          <w:tcPr>
            <w:tcW w:w="5156" w:type="dxa"/>
            <w:vMerge w:val="restart"/>
            <w:vAlign w:val="center"/>
          </w:tcPr>
          <w:p w14:paraId="7AA3A2FE" w14:textId="77777777" w:rsidR="00493615" w:rsidRDefault="00000000">
            <w:pPr>
              <w:jc w:val="center"/>
            </w:pPr>
            <w:r>
              <w:t>Photo (Attach Here)</w:t>
            </w:r>
          </w:p>
        </w:tc>
      </w:tr>
      <w:tr w:rsidR="00493615" w14:paraId="23FAB406" w14:textId="77777777">
        <w:trPr>
          <w:trHeight w:val="737"/>
          <w:jc w:val="center"/>
        </w:trPr>
        <w:tc>
          <w:tcPr>
            <w:tcW w:w="5156" w:type="dxa"/>
            <w:vAlign w:val="center"/>
          </w:tcPr>
          <w:p w14:paraId="0742C61B" w14:textId="77777777" w:rsidR="00493615" w:rsidRDefault="00000000">
            <w:r>
              <w:t>Address</w:t>
            </w:r>
            <w:r>
              <w:br/>
            </w:r>
            <w:r>
              <w:br/>
            </w:r>
          </w:p>
        </w:tc>
        <w:tc>
          <w:tcPr>
            <w:tcW w:w="5156" w:type="dxa"/>
            <w:vMerge/>
            <w:vAlign w:val="center"/>
          </w:tcPr>
          <w:p w14:paraId="27B69EE6" w14:textId="77777777" w:rsidR="00493615" w:rsidRDefault="00493615"/>
        </w:tc>
      </w:tr>
      <w:tr w:rsidR="00493615" w14:paraId="392E9F73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63D9152E" w14:textId="77777777" w:rsidR="00493615" w:rsidRDefault="00000000">
            <w:r>
              <w:t>Telephone</w:t>
            </w:r>
            <w:r>
              <w:br/>
            </w:r>
            <w:r>
              <w:br/>
            </w:r>
          </w:p>
        </w:tc>
        <w:tc>
          <w:tcPr>
            <w:tcW w:w="5156" w:type="dxa"/>
            <w:vMerge/>
            <w:vAlign w:val="center"/>
          </w:tcPr>
          <w:p w14:paraId="1A0E7F19" w14:textId="77777777" w:rsidR="00493615" w:rsidRDefault="00493615"/>
        </w:tc>
      </w:tr>
      <w:tr w:rsidR="00493615" w14:paraId="05243A2A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4CA7CF8D" w14:textId="77777777" w:rsidR="00493615" w:rsidRDefault="00000000">
            <w:r>
              <w:t>Mobile Phone</w:t>
            </w:r>
            <w:r>
              <w:br/>
            </w:r>
            <w:r>
              <w:br/>
            </w:r>
          </w:p>
        </w:tc>
        <w:tc>
          <w:tcPr>
            <w:tcW w:w="5156" w:type="dxa"/>
            <w:vMerge/>
            <w:vAlign w:val="center"/>
          </w:tcPr>
          <w:p w14:paraId="5CD226B8" w14:textId="77777777" w:rsidR="00493615" w:rsidRDefault="00493615"/>
        </w:tc>
      </w:tr>
      <w:tr w:rsidR="00493615" w14:paraId="38E1E799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59D7FE26" w14:textId="77777777" w:rsidR="00493615" w:rsidRDefault="00000000">
            <w:r>
              <w:t>Email</w:t>
            </w:r>
            <w:r>
              <w:br/>
            </w:r>
            <w:r>
              <w:br/>
            </w:r>
          </w:p>
        </w:tc>
        <w:tc>
          <w:tcPr>
            <w:tcW w:w="5156" w:type="dxa"/>
          </w:tcPr>
          <w:p w14:paraId="4E3DEE0A" w14:textId="77777777" w:rsidR="00493615" w:rsidRDefault="00493615"/>
        </w:tc>
      </w:tr>
    </w:tbl>
    <w:p w14:paraId="4D7EBCFC" w14:textId="77777777" w:rsidR="00493615" w:rsidRDefault="00000000">
      <w:pPr>
        <w:spacing w:before="100" w:after="60"/>
      </w:pPr>
      <w:r>
        <w:t>2  Personal Information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493615" w14:paraId="4517444D" w14:textId="77777777">
        <w:trPr>
          <w:trHeight w:val="482"/>
          <w:jc w:val="center"/>
        </w:trPr>
        <w:tc>
          <w:tcPr>
            <w:tcW w:w="5156" w:type="dxa"/>
            <w:vAlign w:val="center"/>
          </w:tcPr>
          <w:p w14:paraId="1224F8AD" w14:textId="77777777" w:rsidR="00493615" w:rsidRDefault="00000000">
            <w:r>
              <w:t>Date of Birth</w:t>
            </w:r>
            <w:r>
              <w:br/>
            </w:r>
            <w:r>
              <w:br/>
            </w:r>
          </w:p>
        </w:tc>
        <w:tc>
          <w:tcPr>
            <w:tcW w:w="5156" w:type="dxa"/>
            <w:vAlign w:val="center"/>
          </w:tcPr>
          <w:p w14:paraId="2F64B241" w14:textId="77777777" w:rsidR="00493615" w:rsidRDefault="00000000">
            <w:r>
              <w:t>Place of Birth</w:t>
            </w:r>
            <w:r>
              <w:br/>
            </w:r>
            <w:r>
              <w:br/>
            </w:r>
          </w:p>
        </w:tc>
      </w:tr>
      <w:tr w:rsidR="00493615" w14:paraId="3AB40A92" w14:textId="77777777">
        <w:trPr>
          <w:trHeight w:val="482"/>
          <w:jc w:val="center"/>
        </w:trPr>
        <w:tc>
          <w:tcPr>
            <w:tcW w:w="5156" w:type="dxa"/>
            <w:vAlign w:val="center"/>
          </w:tcPr>
          <w:p w14:paraId="28A40BE6" w14:textId="77777777" w:rsidR="00493615" w:rsidRDefault="00000000">
            <w:r>
              <w:t>Nationality</w:t>
            </w:r>
            <w:r>
              <w:br/>
            </w:r>
            <w:r>
              <w:br/>
            </w:r>
          </w:p>
        </w:tc>
        <w:tc>
          <w:tcPr>
            <w:tcW w:w="5156" w:type="dxa"/>
            <w:vAlign w:val="center"/>
          </w:tcPr>
          <w:p w14:paraId="38694CCC" w14:textId="77777777" w:rsidR="00493615" w:rsidRDefault="00000000">
            <w:r>
              <w:t>Gender</w:t>
            </w:r>
            <w:r>
              <w:br/>
            </w:r>
            <w:r>
              <w:br/>
            </w:r>
          </w:p>
        </w:tc>
      </w:tr>
      <w:tr w:rsidR="00493615" w14:paraId="069F3272" w14:textId="77777777">
        <w:trPr>
          <w:trHeight w:val="482"/>
          <w:jc w:val="center"/>
        </w:trPr>
        <w:tc>
          <w:tcPr>
            <w:tcW w:w="5156" w:type="dxa"/>
            <w:vAlign w:val="center"/>
          </w:tcPr>
          <w:p w14:paraId="2806626D" w14:textId="77777777" w:rsidR="00493615" w:rsidRDefault="00000000">
            <w:r>
              <w:t>Health Condition</w:t>
            </w:r>
            <w:r>
              <w:br/>
            </w:r>
            <w:r>
              <w:br/>
            </w:r>
          </w:p>
        </w:tc>
        <w:tc>
          <w:tcPr>
            <w:tcW w:w="5156" w:type="dxa"/>
            <w:vAlign w:val="center"/>
          </w:tcPr>
          <w:p w14:paraId="17FAABD8" w14:textId="77777777" w:rsidR="00493615" w:rsidRDefault="00000000">
            <w:r>
              <w:t>Marital Status</w:t>
            </w:r>
            <w:r>
              <w:br/>
            </w:r>
            <w:r>
              <w:br/>
            </w:r>
          </w:p>
        </w:tc>
      </w:tr>
    </w:tbl>
    <w:p w14:paraId="245F0300" w14:textId="77777777" w:rsidR="00493615" w:rsidRDefault="00000000">
      <w:pPr>
        <w:spacing w:before="100" w:after="60"/>
      </w:pPr>
      <w:r>
        <w:t>3  Education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493615" w14:paraId="4527372C" w14:textId="77777777">
        <w:trPr>
          <w:jc w:val="center"/>
        </w:trPr>
        <w:tc>
          <w:tcPr>
            <w:tcW w:w="3437" w:type="dxa"/>
            <w:shd w:val="clear" w:color="auto" w:fill="E7E6E6"/>
            <w:vAlign w:val="center"/>
          </w:tcPr>
          <w:p w14:paraId="6C02EAB1" w14:textId="77777777" w:rsidR="00493615" w:rsidRDefault="00000000">
            <w:pPr>
              <w:jc w:val="center"/>
            </w:pPr>
            <w:r>
              <w:t>Education</w:t>
            </w:r>
          </w:p>
        </w:tc>
        <w:tc>
          <w:tcPr>
            <w:tcW w:w="3437" w:type="dxa"/>
            <w:shd w:val="clear" w:color="auto" w:fill="E7E6E6"/>
            <w:vAlign w:val="center"/>
          </w:tcPr>
          <w:p w14:paraId="46F28462" w14:textId="77777777" w:rsidR="00493615" w:rsidRDefault="00000000">
            <w:pPr>
              <w:jc w:val="center"/>
            </w:pPr>
            <w:r>
              <w:t>School / Faculty / Department</w:t>
            </w:r>
          </w:p>
        </w:tc>
        <w:tc>
          <w:tcPr>
            <w:tcW w:w="3437" w:type="dxa"/>
            <w:shd w:val="clear" w:color="auto" w:fill="E7E6E6"/>
            <w:vAlign w:val="center"/>
          </w:tcPr>
          <w:p w14:paraId="60CD75A5" w14:textId="77777777" w:rsidR="00493615" w:rsidRDefault="00000000">
            <w:pPr>
              <w:jc w:val="center"/>
            </w:pPr>
            <w:r>
              <w:t>Graduation (Year / Month)</w:t>
            </w:r>
          </w:p>
        </w:tc>
      </w:tr>
      <w:tr w:rsidR="00493615" w14:paraId="6DFAE458" w14:textId="77777777">
        <w:trPr>
          <w:trHeight w:val="510"/>
          <w:jc w:val="center"/>
        </w:trPr>
        <w:tc>
          <w:tcPr>
            <w:tcW w:w="3437" w:type="dxa"/>
            <w:vAlign w:val="center"/>
          </w:tcPr>
          <w:p w14:paraId="0C7C72F9" w14:textId="77777777" w:rsidR="00493615" w:rsidRDefault="00000000">
            <w:r>
              <w:t>High School</w:t>
            </w:r>
          </w:p>
        </w:tc>
        <w:tc>
          <w:tcPr>
            <w:tcW w:w="3437" w:type="dxa"/>
            <w:vAlign w:val="center"/>
          </w:tcPr>
          <w:p w14:paraId="1D5361B9" w14:textId="77777777" w:rsidR="00493615" w:rsidRDefault="00493615"/>
        </w:tc>
        <w:tc>
          <w:tcPr>
            <w:tcW w:w="3437" w:type="dxa"/>
            <w:vAlign w:val="center"/>
          </w:tcPr>
          <w:p w14:paraId="22D8B094" w14:textId="77777777" w:rsidR="00493615" w:rsidRDefault="00000000">
            <w:r>
              <w:t>Year: ______</w:t>
            </w:r>
            <w:r>
              <w:t xml:space="preserve">　</w:t>
            </w:r>
            <w:r>
              <w:t>Month: ______</w:t>
            </w:r>
          </w:p>
        </w:tc>
      </w:tr>
      <w:tr w:rsidR="00493615" w14:paraId="7386054C" w14:textId="77777777">
        <w:trPr>
          <w:trHeight w:val="510"/>
          <w:jc w:val="center"/>
        </w:trPr>
        <w:tc>
          <w:tcPr>
            <w:tcW w:w="3437" w:type="dxa"/>
            <w:vAlign w:val="center"/>
          </w:tcPr>
          <w:p w14:paraId="4D170837" w14:textId="77777777" w:rsidR="00493615" w:rsidRDefault="00000000">
            <w:r>
              <w:t>University (Faculty / Department)</w:t>
            </w:r>
          </w:p>
        </w:tc>
        <w:tc>
          <w:tcPr>
            <w:tcW w:w="3437" w:type="dxa"/>
            <w:vAlign w:val="center"/>
          </w:tcPr>
          <w:p w14:paraId="07A316C0" w14:textId="77777777" w:rsidR="00493615" w:rsidRDefault="00493615"/>
        </w:tc>
        <w:tc>
          <w:tcPr>
            <w:tcW w:w="3437" w:type="dxa"/>
            <w:vAlign w:val="center"/>
          </w:tcPr>
          <w:p w14:paraId="16AC8564" w14:textId="77777777" w:rsidR="00493615" w:rsidRDefault="00000000">
            <w:r>
              <w:t>Year: ______</w:t>
            </w:r>
            <w:r>
              <w:t xml:space="preserve">　</w:t>
            </w:r>
            <w:r>
              <w:t>Month: ______</w:t>
            </w:r>
          </w:p>
        </w:tc>
      </w:tr>
      <w:tr w:rsidR="00493615" w14:paraId="161006BF" w14:textId="77777777">
        <w:trPr>
          <w:trHeight w:val="510"/>
          <w:jc w:val="center"/>
        </w:trPr>
        <w:tc>
          <w:tcPr>
            <w:tcW w:w="3437" w:type="dxa"/>
            <w:vAlign w:val="center"/>
          </w:tcPr>
          <w:p w14:paraId="778628BF" w14:textId="77777777" w:rsidR="00493615" w:rsidRDefault="00000000">
            <w:r>
              <w:t>Other Education</w:t>
            </w:r>
          </w:p>
        </w:tc>
        <w:tc>
          <w:tcPr>
            <w:tcW w:w="3437" w:type="dxa"/>
            <w:vAlign w:val="center"/>
          </w:tcPr>
          <w:p w14:paraId="70D61634" w14:textId="77777777" w:rsidR="00493615" w:rsidRDefault="00493615"/>
        </w:tc>
        <w:tc>
          <w:tcPr>
            <w:tcW w:w="3437" w:type="dxa"/>
            <w:vAlign w:val="center"/>
          </w:tcPr>
          <w:p w14:paraId="601EBB9B" w14:textId="77777777" w:rsidR="00493615" w:rsidRDefault="00000000">
            <w:r>
              <w:t>Year: ______</w:t>
            </w:r>
            <w:r>
              <w:t xml:space="preserve">　</w:t>
            </w:r>
            <w:r>
              <w:t>Month: ______</w:t>
            </w:r>
          </w:p>
        </w:tc>
      </w:tr>
    </w:tbl>
    <w:p w14:paraId="7FDF9444" w14:textId="77777777" w:rsidR="00493615" w:rsidRDefault="00000000">
      <w:pPr>
        <w:spacing w:before="100" w:after="60"/>
      </w:pPr>
      <w:r>
        <w:t>4  Employment History (List All Positions)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493615" w14:paraId="57E08E92" w14:textId="77777777">
        <w:trPr>
          <w:jc w:val="center"/>
        </w:trPr>
        <w:tc>
          <w:tcPr>
            <w:tcW w:w="2578" w:type="dxa"/>
            <w:shd w:val="clear" w:color="auto" w:fill="E7E6E6"/>
            <w:vAlign w:val="center"/>
          </w:tcPr>
          <w:p w14:paraId="3F47EE76" w14:textId="77777777" w:rsidR="00493615" w:rsidRDefault="00000000">
            <w:pPr>
              <w:jc w:val="center"/>
            </w:pPr>
            <w:r>
              <w:t>Employer</w:t>
            </w:r>
          </w:p>
        </w:tc>
        <w:tc>
          <w:tcPr>
            <w:tcW w:w="2578" w:type="dxa"/>
            <w:shd w:val="clear" w:color="auto" w:fill="E7E6E6"/>
            <w:vAlign w:val="center"/>
          </w:tcPr>
          <w:p w14:paraId="45940526" w14:textId="77777777" w:rsidR="00493615" w:rsidRDefault="00000000">
            <w:pPr>
              <w:jc w:val="center"/>
            </w:pPr>
            <w:r>
              <w:t>Position / Responsibilities</w:t>
            </w:r>
          </w:p>
        </w:tc>
        <w:tc>
          <w:tcPr>
            <w:tcW w:w="2578" w:type="dxa"/>
            <w:shd w:val="clear" w:color="auto" w:fill="E7E6E6"/>
            <w:vAlign w:val="center"/>
          </w:tcPr>
          <w:p w14:paraId="5A966C4D" w14:textId="77777777" w:rsidR="00493615" w:rsidRDefault="00000000">
            <w:pPr>
              <w:jc w:val="center"/>
            </w:pPr>
            <w:r>
              <w:t>Start Date (Year / Month)</w:t>
            </w:r>
          </w:p>
        </w:tc>
        <w:tc>
          <w:tcPr>
            <w:tcW w:w="2578" w:type="dxa"/>
            <w:shd w:val="clear" w:color="auto" w:fill="E7E6E6"/>
            <w:vAlign w:val="center"/>
          </w:tcPr>
          <w:p w14:paraId="57C5BC95" w14:textId="77777777" w:rsidR="00493615" w:rsidRDefault="00000000">
            <w:pPr>
              <w:jc w:val="center"/>
            </w:pPr>
            <w:r>
              <w:t>End Date (Year / Month)</w:t>
            </w:r>
          </w:p>
        </w:tc>
      </w:tr>
      <w:tr w:rsidR="00493615" w14:paraId="3628DEDF" w14:textId="77777777">
        <w:trPr>
          <w:trHeight w:val="595"/>
          <w:jc w:val="center"/>
        </w:trPr>
        <w:tc>
          <w:tcPr>
            <w:tcW w:w="2578" w:type="dxa"/>
            <w:vAlign w:val="center"/>
          </w:tcPr>
          <w:p w14:paraId="5CCA6D33" w14:textId="77777777" w:rsidR="00493615" w:rsidRDefault="00493615"/>
        </w:tc>
        <w:tc>
          <w:tcPr>
            <w:tcW w:w="2578" w:type="dxa"/>
            <w:vAlign w:val="center"/>
          </w:tcPr>
          <w:p w14:paraId="5CCC2886" w14:textId="77777777" w:rsidR="00493615" w:rsidRDefault="00493615"/>
        </w:tc>
        <w:tc>
          <w:tcPr>
            <w:tcW w:w="2578" w:type="dxa"/>
            <w:vAlign w:val="center"/>
          </w:tcPr>
          <w:p w14:paraId="1F3B8535" w14:textId="77777777" w:rsidR="00493615" w:rsidRDefault="00000000">
            <w:r>
              <w:t>Year: ____</w:t>
            </w:r>
            <w:r>
              <w:br/>
              <w:t>Month: ____</w:t>
            </w:r>
          </w:p>
        </w:tc>
        <w:tc>
          <w:tcPr>
            <w:tcW w:w="2578" w:type="dxa"/>
            <w:vAlign w:val="center"/>
          </w:tcPr>
          <w:p w14:paraId="497204A4" w14:textId="77777777" w:rsidR="00493615" w:rsidRDefault="00000000">
            <w:r>
              <w:t>Year: ____</w:t>
            </w:r>
            <w:r>
              <w:br/>
              <w:t>Month: ____</w:t>
            </w:r>
          </w:p>
        </w:tc>
      </w:tr>
      <w:tr w:rsidR="00493615" w14:paraId="4AE4563E" w14:textId="77777777">
        <w:trPr>
          <w:trHeight w:val="595"/>
          <w:jc w:val="center"/>
        </w:trPr>
        <w:tc>
          <w:tcPr>
            <w:tcW w:w="2578" w:type="dxa"/>
            <w:vAlign w:val="center"/>
          </w:tcPr>
          <w:p w14:paraId="58FADBF0" w14:textId="77777777" w:rsidR="00493615" w:rsidRDefault="00493615"/>
        </w:tc>
        <w:tc>
          <w:tcPr>
            <w:tcW w:w="2578" w:type="dxa"/>
            <w:vAlign w:val="center"/>
          </w:tcPr>
          <w:p w14:paraId="2AD4789B" w14:textId="77777777" w:rsidR="00493615" w:rsidRDefault="00493615"/>
        </w:tc>
        <w:tc>
          <w:tcPr>
            <w:tcW w:w="2578" w:type="dxa"/>
            <w:vAlign w:val="center"/>
          </w:tcPr>
          <w:p w14:paraId="342393CC" w14:textId="77777777" w:rsidR="00493615" w:rsidRDefault="00000000">
            <w:r>
              <w:t>Year: ____</w:t>
            </w:r>
            <w:r>
              <w:br/>
              <w:t>Month: ____</w:t>
            </w:r>
          </w:p>
        </w:tc>
        <w:tc>
          <w:tcPr>
            <w:tcW w:w="2578" w:type="dxa"/>
            <w:vAlign w:val="center"/>
          </w:tcPr>
          <w:p w14:paraId="53E9C982" w14:textId="77777777" w:rsidR="00493615" w:rsidRDefault="00000000">
            <w:r>
              <w:t>Year: ____</w:t>
            </w:r>
            <w:r>
              <w:br/>
              <w:t>Month: ____</w:t>
            </w:r>
          </w:p>
        </w:tc>
      </w:tr>
      <w:tr w:rsidR="00493615" w14:paraId="01167E85" w14:textId="77777777">
        <w:trPr>
          <w:trHeight w:val="595"/>
          <w:jc w:val="center"/>
        </w:trPr>
        <w:tc>
          <w:tcPr>
            <w:tcW w:w="2578" w:type="dxa"/>
            <w:vAlign w:val="center"/>
          </w:tcPr>
          <w:p w14:paraId="34CD7672" w14:textId="77777777" w:rsidR="00493615" w:rsidRDefault="00493615"/>
        </w:tc>
        <w:tc>
          <w:tcPr>
            <w:tcW w:w="2578" w:type="dxa"/>
            <w:vAlign w:val="center"/>
          </w:tcPr>
          <w:p w14:paraId="4945B8CC" w14:textId="77777777" w:rsidR="00493615" w:rsidRDefault="00493615"/>
        </w:tc>
        <w:tc>
          <w:tcPr>
            <w:tcW w:w="2578" w:type="dxa"/>
            <w:vAlign w:val="center"/>
          </w:tcPr>
          <w:p w14:paraId="12CF4B98" w14:textId="77777777" w:rsidR="00493615" w:rsidRDefault="00000000">
            <w:r>
              <w:t>Year: ____</w:t>
            </w:r>
            <w:r>
              <w:br/>
              <w:t>Month: ____</w:t>
            </w:r>
          </w:p>
        </w:tc>
        <w:tc>
          <w:tcPr>
            <w:tcW w:w="2578" w:type="dxa"/>
            <w:vAlign w:val="center"/>
          </w:tcPr>
          <w:p w14:paraId="3593C5C2" w14:textId="77777777" w:rsidR="00493615" w:rsidRDefault="00000000">
            <w:r>
              <w:t>Year: ____</w:t>
            </w:r>
            <w:r>
              <w:br/>
              <w:t>Month: ____</w:t>
            </w:r>
          </w:p>
        </w:tc>
      </w:tr>
      <w:tr w:rsidR="00493615" w14:paraId="0FBCECC5" w14:textId="77777777">
        <w:trPr>
          <w:trHeight w:val="567"/>
          <w:jc w:val="center"/>
        </w:trPr>
        <w:tc>
          <w:tcPr>
            <w:tcW w:w="2578" w:type="dxa"/>
            <w:vAlign w:val="center"/>
          </w:tcPr>
          <w:p w14:paraId="57005C07" w14:textId="77777777" w:rsidR="00493615" w:rsidRDefault="00493615"/>
        </w:tc>
        <w:tc>
          <w:tcPr>
            <w:tcW w:w="2578" w:type="dxa"/>
            <w:vAlign w:val="center"/>
          </w:tcPr>
          <w:p w14:paraId="43D75CB9" w14:textId="77777777" w:rsidR="00493615" w:rsidRDefault="00493615"/>
        </w:tc>
        <w:tc>
          <w:tcPr>
            <w:tcW w:w="2578" w:type="dxa"/>
            <w:vAlign w:val="center"/>
          </w:tcPr>
          <w:p w14:paraId="380D04E4" w14:textId="77777777" w:rsidR="00493615" w:rsidRDefault="00000000">
            <w:r>
              <w:t>Year: ____</w:t>
            </w:r>
            <w:r>
              <w:br/>
              <w:t>Month: ____</w:t>
            </w:r>
          </w:p>
        </w:tc>
        <w:tc>
          <w:tcPr>
            <w:tcW w:w="2578" w:type="dxa"/>
            <w:vAlign w:val="center"/>
          </w:tcPr>
          <w:p w14:paraId="668176F1" w14:textId="77777777" w:rsidR="00493615" w:rsidRDefault="00000000">
            <w:r>
              <w:t>Year: ____</w:t>
            </w:r>
            <w:r>
              <w:br/>
              <w:t>Month: ____</w:t>
            </w:r>
          </w:p>
        </w:tc>
      </w:tr>
      <w:tr w:rsidR="00493615" w14:paraId="467C7D64" w14:textId="77777777">
        <w:trPr>
          <w:trHeight w:val="567"/>
          <w:jc w:val="center"/>
        </w:trPr>
        <w:tc>
          <w:tcPr>
            <w:tcW w:w="2578" w:type="dxa"/>
            <w:vAlign w:val="center"/>
          </w:tcPr>
          <w:p w14:paraId="5DD406A6" w14:textId="77777777" w:rsidR="00493615" w:rsidRDefault="00493615"/>
        </w:tc>
        <w:tc>
          <w:tcPr>
            <w:tcW w:w="2578" w:type="dxa"/>
            <w:vAlign w:val="center"/>
          </w:tcPr>
          <w:p w14:paraId="2A0FFA47" w14:textId="77777777" w:rsidR="00493615" w:rsidRDefault="00493615"/>
        </w:tc>
        <w:tc>
          <w:tcPr>
            <w:tcW w:w="2578" w:type="dxa"/>
            <w:vAlign w:val="center"/>
          </w:tcPr>
          <w:p w14:paraId="420145D1" w14:textId="77777777" w:rsidR="00493615" w:rsidRDefault="00000000">
            <w:r>
              <w:t>Year: ____</w:t>
            </w:r>
            <w:r>
              <w:br/>
              <w:t>Month: ____</w:t>
            </w:r>
          </w:p>
        </w:tc>
        <w:tc>
          <w:tcPr>
            <w:tcW w:w="2578" w:type="dxa"/>
            <w:vAlign w:val="center"/>
          </w:tcPr>
          <w:p w14:paraId="45E03C77" w14:textId="77777777" w:rsidR="00493615" w:rsidRDefault="00000000">
            <w:r>
              <w:t>Year: ____</w:t>
            </w:r>
            <w:r>
              <w:br/>
              <w:t>Month: ____</w:t>
            </w:r>
          </w:p>
        </w:tc>
      </w:tr>
      <w:tr w:rsidR="00493615" w14:paraId="059936C6" w14:textId="77777777">
        <w:trPr>
          <w:trHeight w:val="567"/>
          <w:jc w:val="center"/>
        </w:trPr>
        <w:tc>
          <w:tcPr>
            <w:tcW w:w="2578" w:type="dxa"/>
            <w:vAlign w:val="center"/>
          </w:tcPr>
          <w:p w14:paraId="30E34F34" w14:textId="77777777" w:rsidR="00493615" w:rsidRDefault="00493615"/>
        </w:tc>
        <w:tc>
          <w:tcPr>
            <w:tcW w:w="2578" w:type="dxa"/>
            <w:vAlign w:val="center"/>
          </w:tcPr>
          <w:p w14:paraId="1B624A9F" w14:textId="77777777" w:rsidR="00493615" w:rsidRDefault="00493615"/>
        </w:tc>
        <w:tc>
          <w:tcPr>
            <w:tcW w:w="2578" w:type="dxa"/>
            <w:vAlign w:val="center"/>
          </w:tcPr>
          <w:p w14:paraId="24D5693D" w14:textId="77777777" w:rsidR="00493615" w:rsidRDefault="00000000">
            <w:r>
              <w:t>Year: ____</w:t>
            </w:r>
            <w:r>
              <w:br/>
              <w:t>Month: ____</w:t>
            </w:r>
          </w:p>
        </w:tc>
        <w:tc>
          <w:tcPr>
            <w:tcW w:w="2578" w:type="dxa"/>
            <w:vAlign w:val="center"/>
          </w:tcPr>
          <w:p w14:paraId="2A331AD5" w14:textId="77777777" w:rsidR="00493615" w:rsidRDefault="00000000">
            <w:r>
              <w:t>Year: ____</w:t>
            </w:r>
            <w:r>
              <w:br/>
              <w:t>Month: ____</w:t>
            </w:r>
          </w:p>
        </w:tc>
      </w:tr>
    </w:tbl>
    <w:p w14:paraId="61D6F1CA" w14:textId="77777777" w:rsidR="00493615" w:rsidRDefault="00000000">
      <w:pPr>
        <w:spacing w:before="40" w:after="80"/>
      </w:pPr>
      <w:r>
        <w:t>Please list all employment history. If additional space is needed, attach a separate sheet with the same details (employer, position, start and end dates).</w:t>
      </w:r>
    </w:p>
    <w:p w14:paraId="1F60E06F" w14:textId="77777777" w:rsidR="00F54A29" w:rsidRDefault="00F54A29">
      <w:pPr>
        <w:spacing w:before="100" w:after="60"/>
      </w:pPr>
    </w:p>
    <w:p w14:paraId="17B34D37" w14:textId="77777777" w:rsidR="00F54A29" w:rsidRDefault="00F54A29">
      <w:pPr>
        <w:spacing w:before="100" w:after="60"/>
      </w:pPr>
    </w:p>
    <w:p w14:paraId="0E06C481" w14:textId="628EB499" w:rsidR="00493615" w:rsidRDefault="00000000">
      <w:pPr>
        <w:spacing w:before="100" w:after="60"/>
      </w:pPr>
      <w:proofErr w:type="gramStart"/>
      <w:r>
        <w:lastRenderedPageBreak/>
        <w:t>5  Language</w:t>
      </w:r>
      <w:proofErr w:type="gramEnd"/>
      <w:r>
        <w:t xml:space="preserve"> Proficiency (Self-assessment)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62"/>
        <w:gridCol w:w="2062"/>
        <w:gridCol w:w="2062"/>
        <w:gridCol w:w="2062"/>
        <w:gridCol w:w="2062"/>
      </w:tblGrid>
      <w:tr w:rsidR="00493615" w14:paraId="22485BDC" w14:textId="77777777">
        <w:trPr>
          <w:jc w:val="center"/>
        </w:trPr>
        <w:tc>
          <w:tcPr>
            <w:tcW w:w="2062" w:type="dxa"/>
            <w:shd w:val="clear" w:color="auto" w:fill="E7E6E6"/>
            <w:vAlign w:val="center"/>
          </w:tcPr>
          <w:p w14:paraId="34AD2E7A" w14:textId="77777777" w:rsidR="00493615" w:rsidRDefault="00000000">
            <w:pPr>
              <w:jc w:val="center"/>
            </w:pPr>
            <w:r>
              <w:t>Language</w:t>
            </w:r>
          </w:p>
        </w:tc>
        <w:tc>
          <w:tcPr>
            <w:tcW w:w="2062" w:type="dxa"/>
            <w:shd w:val="clear" w:color="auto" w:fill="E7E6E6"/>
            <w:vAlign w:val="center"/>
          </w:tcPr>
          <w:p w14:paraId="72DCDF33" w14:textId="77777777" w:rsidR="00493615" w:rsidRDefault="00000000">
            <w:pPr>
              <w:jc w:val="center"/>
            </w:pPr>
            <w:r>
              <w:t>Excellent</w:t>
            </w:r>
          </w:p>
        </w:tc>
        <w:tc>
          <w:tcPr>
            <w:tcW w:w="2062" w:type="dxa"/>
            <w:shd w:val="clear" w:color="auto" w:fill="E7E6E6"/>
            <w:vAlign w:val="center"/>
          </w:tcPr>
          <w:p w14:paraId="1E6BA26A" w14:textId="77777777" w:rsidR="00493615" w:rsidRDefault="00000000">
            <w:pPr>
              <w:jc w:val="center"/>
            </w:pPr>
            <w:r>
              <w:t>Good</w:t>
            </w:r>
          </w:p>
        </w:tc>
        <w:tc>
          <w:tcPr>
            <w:tcW w:w="2062" w:type="dxa"/>
            <w:shd w:val="clear" w:color="auto" w:fill="E7E6E6"/>
            <w:vAlign w:val="center"/>
          </w:tcPr>
          <w:p w14:paraId="22426BCA" w14:textId="77777777" w:rsidR="00493615" w:rsidRDefault="00000000">
            <w:pPr>
              <w:jc w:val="center"/>
            </w:pPr>
            <w:r>
              <w:t>Intermediate</w:t>
            </w:r>
          </w:p>
        </w:tc>
        <w:tc>
          <w:tcPr>
            <w:tcW w:w="2062" w:type="dxa"/>
            <w:shd w:val="clear" w:color="auto" w:fill="E7E6E6"/>
            <w:vAlign w:val="center"/>
          </w:tcPr>
          <w:p w14:paraId="692DEF75" w14:textId="77777777" w:rsidR="00493615" w:rsidRDefault="00000000">
            <w:pPr>
              <w:jc w:val="center"/>
            </w:pPr>
            <w:r>
              <w:t>Basic</w:t>
            </w:r>
          </w:p>
        </w:tc>
      </w:tr>
      <w:tr w:rsidR="00493615" w14:paraId="03266104" w14:textId="77777777">
        <w:trPr>
          <w:jc w:val="center"/>
        </w:trPr>
        <w:tc>
          <w:tcPr>
            <w:tcW w:w="2062" w:type="dxa"/>
            <w:vAlign w:val="center"/>
          </w:tcPr>
          <w:p w14:paraId="4CF8C02B" w14:textId="77777777" w:rsidR="00493615" w:rsidRDefault="00000000">
            <w:r>
              <w:t>English</w:t>
            </w:r>
          </w:p>
        </w:tc>
        <w:tc>
          <w:tcPr>
            <w:tcW w:w="2062" w:type="dxa"/>
            <w:vAlign w:val="center"/>
          </w:tcPr>
          <w:p w14:paraId="7DF102C4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  <w:tc>
          <w:tcPr>
            <w:tcW w:w="2062" w:type="dxa"/>
            <w:vAlign w:val="center"/>
          </w:tcPr>
          <w:p w14:paraId="22040E8B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  <w:tc>
          <w:tcPr>
            <w:tcW w:w="2062" w:type="dxa"/>
            <w:vAlign w:val="center"/>
          </w:tcPr>
          <w:p w14:paraId="10AEAF5C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  <w:tc>
          <w:tcPr>
            <w:tcW w:w="2062" w:type="dxa"/>
            <w:vAlign w:val="center"/>
          </w:tcPr>
          <w:p w14:paraId="188A0D21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</w:tr>
      <w:tr w:rsidR="00493615" w14:paraId="5C6BA55E" w14:textId="77777777">
        <w:trPr>
          <w:jc w:val="center"/>
        </w:trPr>
        <w:tc>
          <w:tcPr>
            <w:tcW w:w="2062" w:type="dxa"/>
            <w:vAlign w:val="center"/>
          </w:tcPr>
          <w:p w14:paraId="72648881" w14:textId="77777777" w:rsidR="00493615" w:rsidRDefault="00000000">
            <w:r>
              <w:t>Japanese</w:t>
            </w:r>
          </w:p>
        </w:tc>
        <w:tc>
          <w:tcPr>
            <w:tcW w:w="2062" w:type="dxa"/>
            <w:vAlign w:val="center"/>
          </w:tcPr>
          <w:p w14:paraId="15D5A398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  <w:tc>
          <w:tcPr>
            <w:tcW w:w="2062" w:type="dxa"/>
            <w:vAlign w:val="center"/>
          </w:tcPr>
          <w:p w14:paraId="3FF1C9D2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  <w:tc>
          <w:tcPr>
            <w:tcW w:w="2062" w:type="dxa"/>
            <w:vAlign w:val="center"/>
          </w:tcPr>
          <w:p w14:paraId="39D861B2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  <w:tc>
          <w:tcPr>
            <w:tcW w:w="2062" w:type="dxa"/>
            <w:vAlign w:val="center"/>
          </w:tcPr>
          <w:p w14:paraId="3D28AC6D" w14:textId="77777777" w:rsidR="00493615" w:rsidRDefault="00000000">
            <w:pPr>
              <w:jc w:val="center"/>
            </w:pPr>
            <w:r>
              <w:rPr>
                <w:sz w:val="17"/>
              </w:rPr>
              <w:t>□</w:t>
            </w:r>
          </w:p>
        </w:tc>
      </w:tr>
    </w:tbl>
    <w:p w14:paraId="28B3E3D6" w14:textId="77777777" w:rsidR="00493615" w:rsidRDefault="00000000">
      <w:pPr>
        <w:spacing w:before="60" w:after="40"/>
      </w:pPr>
      <w:r>
        <w:t>Please provide any English-language test scores (e.g., TOEFL), if available.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493615" w14:paraId="0CB4C046" w14:textId="77777777">
        <w:trPr>
          <w:jc w:val="center"/>
        </w:trPr>
        <w:tc>
          <w:tcPr>
            <w:tcW w:w="3437" w:type="dxa"/>
            <w:shd w:val="clear" w:color="auto" w:fill="E7E6E6"/>
            <w:vAlign w:val="center"/>
          </w:tcPr>
          <w:p w14:paraId="183856AC" w14:textId="77777777" w:rsidR="00493615" w:rsidRDefault="00000000">
            <w:pPr>
              <w:jc w:val="center"/>
            </w:pPr>
            <w:r>
              <w:t>Test</w:t>
            </w:r>
          </w:p>
        </w:tc>
        <w:tc>
          <w:tcPr>
            <w:tcW w:w="3437" w:type="dxa"/>
            <w:shd w:val="clear" w:color="auto" w:fill="E7E6E6"/>
            <w:vAlign w:val="center"/>
          </w:tcPr>
          <w:p w14:paraId="4461B45D" w14:textId="77777777" w:rsidR="00493615" w:rsidRDefault="00000000">
            <w:pPr>
              <w:jc w:val="center"/>
            </w:pPr>
            <w:r>
              <w:t>Date</w:t>
            </w:r>
          </w:p>
        </w:tc>
        <w:tc>
          <w:tcPr>
            <w:tcW w:w="3437" w:type="dxa"/>
            <w:shd w:val="clear" w:color="auto" w:fill="E7E6E6"/>
            <w:vAlign w:val="center"/>
          </w:tcPr>
          <w:p w14:paraId="7351303E" w14:textId="77777777" w:rsidR="00493615" w:rsidRDefault="00000000">
            <w:pPr>
              <w:jc w:val="center"/>
            </w:pPr>
            <w:r>
              <w:t>Score</w:t>
            </w:r>
          </w:p>
        </w:tc>
      </w:tr>
      <w:tr w:rsidR="00493615" w14:paraId="490C280F" w14:textId="77777777">
        <w:trPr>
          <w:jc w:val="center"/>
        </w:trPr>
        <w:tc>
          <w:tcPr>
            <w:tcW w:w="3437" w:type="dxa"/>
            <w:vAlign w:val="center"/>
          </w:tcPr>
          <w:p w14:paraId="0D40F9C0" w14:textId="77777777" w:rsidR="00493615" w:rsidRDefault="00493615"/>
        </w:tc>
        <w:tc>
          <w:tcPr>
            <w:tcW w:w="3437" w:type="dxa"/>
            <w:vAlign w:val="center"/>
          </w:tcPr>
          <w:p w14:paraId="10B9F6B2" w14:textId="77777777" w:rsidR="00493615" w:rsidRDefault="00493615"/>
        </w:tc>
        <w:tc>
          <w:tcPr>
            <w:tcW w:w="3437" w:type="dxa"/>
            <w:vAlign w:val="center"/>
          </w:tcPr>
          <w:p w14:paraId="4939CA21" w14:textId="77777777" w:rsidR="00493615" w:rsidRDefault="00493615"/>
        </w:tc>
      </w:tr>
      <w:tr w:rsidR="00493615" w14:paraId="2FD53D5D" w14:textId="77777777">
        <w:trPr>
          <w:jc w:val="center"/>
        </w:trPr>
        <w:tc>
          <w:tcPr>
            <w:tcW w:w="3437" w:type="dxa"/>
            <w:vAlign w:val="center"/>
          </w:tcPr>
          <w:p w14:paraId="726999A5" w14:textId="77777777" w:rsidR="00493615" w:rsidRDefault="00493615"/>
        </w:tc>
        <w:tc>
          <w:tcPr>
            <w:tcW w:w="3437" w:type="dxa"/>
            <w:vAlign w:val="center"/>
          </w:tcPr>
          <w:p w14:paraId="583832BF" w14:textId="77777777" w:rsidR="00493615" w:rsidRDefault="00493615"/>
        </w:tc>
        <w:tc>
          <w:tcPr>
            <w:tcW w:w="3437" w:type="dxa"/>
            <w:vAlign w:val="center"/>
          </w:tcPr>
          <w:p w14:paraId="7EFFA120" w14:textId="77777777" w:rsidR="00493615" w:rsidRDefault="00493615"/>
        </w:tc>
      </w:tr>
    </w:tbl>
    <w:p w14:paraId="229FF2A0" w14:textId="77777777" w:rsidR="00493615" w:rsidRDefault="00000000">
      <w:pPr>
        <w:spacing w:before="100" w:after="60"/>
      </w:pPr>
      <w:r>
        <w:t>6  Motivation for Applying (IMPORTANT)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312"/>
      </w:tblGrid>
      <w:tr w:rsidR="00493615" w14:paraId="40EA2C80" w14:textId="77777777">
        <w:trPr>
          <w:trHeight w:val="2381"/>
        </w:trPr>
        <w:tc>
          <w:tcPr>
            <w:tcW w:w="10312" w:type="dxa"/>
            <w:vAlign w:val="center"/>
          </w:tcPr>
          <w:p w14:paraId="6D2BB5CB" w14:textId="77777777" w:rsidR="00493615" w:rsidRDefault="00000000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2B9F8CC" w14:textId="77777777" w:rsidR="00493615" w:rsidRDefault="00000000">
      <w:pPr>
        <w:spacing w:before="100" w:after="60"/>
      </w:pPr>
      <w:r>
        <w:t>7  Additional Information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493615" w14:paraId="13000A14" w14:textId="77777777">
        <w:trPr>
          <w:trHeight w:val="567"/>
          <w:jc w:val="center"/>
        </w:trPr>
        <w:tc>
          <w:tcPr>
            <w:tcW w:w="5156" w:type="dxa"/>
            <w:vAlign w:val="center"/>
          </w:tcPr>
          <w:p w14:paraId="638AA331" w14:textId="77777777" w:rsidR="00493615" w:rsidRDefault="00000000">
            <w:r>
              <w:t>Hobbies and Interests</w:t>
            </w:r>
          </w:p>
        </w:tc>
        <w:tc>
          <w:tcPr>
            <w:tcW w:w="5156" w:type="dxa"/>
            <w:vAlign w:val="center"/>
          </w:tcPr>
          <w:p w14:paraId="58A37D05" w14:textId="77777777" w:rsidR="00493615" w:rsidRDefault="00493615"/>
        </w:tc>
      </w:tr>
      <w:tr w:rsidR="00493615" w14:paraId="0E3B8CF5" w14:textId="77777777">
        <w:trPr>
          <w:trHeight w:val="567"/>
          <w:jc w:val="center"/>
        </w:trPr>
        <w:tc>
          <w:tcPr>
            <w:tcW w:w="5156" w:type="dxa"/>
            <w:vAlign w:val="center"/>
          </w:tcPr>
          <w:p w14:paraId="038F4BE7" w14:textId="77777777" w:rsidR="00493615" w:rsidRDefault="00000000">
            <w:r>
              <w:t>Professional Qualifications and Certifications</w:t>
            </w:r>
          </w:p>
        </w:tc>
        <w:tc>
          <w:tcPr>
            <w:tcW w:w="5156" w:type="dxa"/>
            <w:vAlign w:val="center"/>
          </w:tcPr>
          <w:p w14:paraId="2B5F9DF5" w14:textId="77777777" w:rsidR="00493615" w:rsidRDefault="00493615"/>
        </w:tc>
      </w:tr>
      <w:tr w:rsidR="00493615" w14:paraId="634A19F1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1D9B5B63" w14:textId="77777777" w:rsidR="00493615" w:rsidRDefault="00000000">
            <w:r>
              <w:t>Driver’s License</w:t>
            </w:r>
          </w:p>
        </w:tc>
        <w:tc>
          <w:tcPr>
            <w:tcW w:w="5156" w:type="dxa"/>
            <w:vAlign w:val="center"/>
          </w:tcPr>
          <w:p w14:paraId="6C0DAA45" w14:textId="77777777" w:rsidR="00493615" w:rsidRDefault="00000000">
            <w:r>
              <w:t>Yes</w:t>
            </w:r>
            <w:r>
              <w:t xml:space="preserve">　　</w:t>
            </w:r>
            <w:r>
              <w:t>No</w:t>
            </w:r>
          </w:p>
        </w:tc>
      </w:tr>
      <w:tr w:rsidR="00493615" w14:paraId="57EB73C6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2CD21C93" w14:textId="77777777" w:rsidR="00493615" w:rsidRDefault="00000000">
            <w:r>
              <w:t>Own Vehicle</w:t>
            </w:r>
          </w:p>
        </w:tc>
        <w:tc>
          <w:tcPr>
            <w:tcW w:w="5156" w:type="dxa"/>
            <w:vAlign w:val="center"/>
          </w:tcPr>
          <w:p w14:paraId="139F0E12" w14:textId="77777777" w:rsidR="00493615" w:rsidRDefault="00000000">
            <w:r>
              <w:t>Yes        No</w:t>
            </w:r>
          </w:p>
        </w:tc>
      </w:tr>
      <w:tr w:rsidR="00493615" w14:paraId="032B5174" w14:textId="77777777">
        <w:trPr>
          <w:trHeight w:val="454"/>
          <w:jc w:val="center"/>
        </w:trPr>
        <w:tc>
          <w:tcPr>
            <w:tcW w:w="5156" w:type="dxa"/>
            <w:vAlign w:val="center"/>
          </w:tcPr>
          <w:p w14:paraId="7EC54559" w14:textId="77777777" w:rsidR="00493615" w:rsidRDefault="00000000">
            <w:r>
              <w:t>Commute Time to the Embassy</w:t>
            </w:r>
          </w:p>
        </w:tc>
        <w:tc>
          <w:tcPr>
            <w:tcW w:w="5156" w:type="dxa"/>
            <w:vAlign w:val="center"/>
          </w:tcPr>
          <w:p w14:paraId="7102600A" w14:textId="77777777" w:rsidR="00493615" w:rsidRDefault="00000000">
            <w:r>
              <w:t>_____ hours</w:t>
            </w:r>
            <w:r>
              <w:t xml:space="preserve">　</w:t>
            </w:r>
            <w:r>
              <w:t>_____ minutes</w:t>
            </w:r>
            <w:r>
              <w:t xml:space="preserve">　</w:t>
            </w:r>
            <w:r>
              <w:t>Means of transport: __________</w:t>
            </w:r>
          </w:p>
        </w:tc>
      </w:tr>
    </w:tbl>
    <w:p w14:paraId="2FE07F52" w14:textId="77777777" w:rsidR="009055DD" w:rsidRDefault="009055DD"/>
    <w:sectPr w:rsidR="009055DD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5365306">
    <w:abstractNumId w:val="8"/>
  </w:num>
  <w:num w:numId="2" w16cid:durableId="1718506782">
    <w:abstractNumId w:val="6"/>
  </w:num>
  <w:num w:numId="3" w16cid:durableId="1901819441">
    <w:abstractNumId w:val="5"/>
  </w:num>
  <w:num w:numId="4" w16cid:durableId="1355574129">
    <w:abstractNumId w:val="4"/>
  </w:num>
  <w:num w:numId="5" w16cid:durableId="946500618">
    <w:abstractNumId w:val="7"/>
  </w:num>
  <w:num w:numId="6" w16cid:durableId="1595630056">
    <w:abstractNumId w:val="3"/>
  </w:num>
  <w:num w:numId="7" w16cid:durableId="729813858">
    <w:abstractNumId w:val="2"/>
  </w:num>
  <w:num w:numId="8" w16cid:durableId="1768847993">
    <w:abstractNumId w:val="1"/>
  </w:num>
  <w:num w:numId="9" w16cid:durableId="66466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549"/>
    <w:rsid w:val="0015074B"/>
    <w:rsid w:val="0029639D"/>
    <w:rsid w:val="00326F90"/>
    <w:rsid w:val="00493615"/>
    <w:rsid w:val="009055DD"/>
    <w:rsid w:val="00AA1D8D"/>
    <w:rsid w:val="00B47730"/>
    <w:rsid w:val="00CB0664"/>
    <w:rsid w:val="00F54A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29E810"/>
  <w14:defaultImageDpi w14:val="300"/>
  <w15:docId w15:val="{83B9A86E-DD2B-4D96-B0B8-AF490BBE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1407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