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thumbnail.jpeg" Type="http://schemas.openxmlformats.org/package/2006/relationships/metadata/thumbnail"/><Relationship Id="rId3" Target="docProps/core.xml" Type="http://schemas.openxmlformats.org/package/2006/relationships/metadata/core-properties"/><Relationship Id="rId4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sz w:val="24"/>
        </w:rPr>
        <w:t>在トルコ日本国大使館 大使公邸　現地職員（設備管理技術担当）応募フォーム</w:t>
      </w:r>
    </w:p>
    <w:p>
      <w:pPr>
        <w:spacing w:after="120"/>
        <w:jc w:val="center"/>
      </w:pPr>
      <w:r>
        <w:rPr>
          <w:rFonts w:ascii="Arial" w:hAnsi="Arial"/>
          <w:b/>
          <w:sz w:val="22"/>
        </w:rPr>
        <w:t>Türkiye Japonya Büyükelçiliği Büyükelçi Rezidansı Yerel Personel</w:t>
        <w:br/>
        <w:t>(Teknik Tesis Yönetimi Sorumlusu) Başvuru Formu</w:t>
      </w:r>
    </w:p>
    <w:p>
      <w:pPr>
        <w:spacing w:before="100" w:after="60"/>
      </w:pPr>
      <w:r>
        <w:rPr>
          <w:rFonts w:ascii="Arial" w:hAnsi="Arial"/>
          <w:b/>
          <w:sz w:val="21"/>
        </w:rPr>
        <w:t>1　連絡先 / İletişim Bilgileri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rHeight w:val="454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7"/>
              </w:rPr>
              <w:t>氏名 / Adı Soyadı</w:t>
              <w:br/>
              <w:br/>
            </w:r>
          </w:p>
        </w:tc>
        <w:tc>
          <w:tcPr>
            <w:tcW w:type="dxa" w:w="5156"/>
            <w:vMerge w:val="restart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写真 / Fotoğraf</w:t>
            </w:r>
          </w:p>
        </w:tc>
      </w:tr>
      <w:tr>
        <w:trPr>
          <w:trHeight w:val="737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住所 / Adres</w:t>
              <w:br/>
              <w:br/>
            </w:r>
          </w:p>
        </w:tc>
        <w:tc>
          <w:tcPr>
            <w:tcW w:type="dxa" w:w="5156"/>
            <w:vMerge/>
            <w:vAlign w:val="center"/>
          </w:tcPr>
          <w:p/>
        </w:tc>
      </w:tr>
      <w:tr>
        <w:trPr>
          <w:trHeight w:val="454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電話 / Telefon</w:t>
              <w:br/>
              <w:br/>
            </w:r>
          </w:p>
        </w:tc>
        <w:tc>
          <w:tcPr>
            <w:tcW w:type="dxa" w:w="5156"/>
            <w:vMerge/>
            <w:vAlign w:val="center"/>
          </w:tcPr>
          <w:p/>
        </w:tc>
      </w:tr>
      <w:tr>
        <w:trPr>
          <w:trHeight w:val="454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携帯電話 / Cep Telefonu</w:t>
              <w:br/>
              <w:br/>
            </w:r>
          </w:p>
        </w:tc>
        <w:tc>
          <w:tcPr>
            <w:tcW w:type="dxa" w:w="5156"/>
            <w:vMerge/>
            <w:vAlign w:val="center"/>
          </w:tcPr>
          <w:p/>
        </w:tc>
      </w:tr>
      <w:tr>
        <w:trPr>
          <w:trHeight w:val="454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Eメール / E-posta</w:t>
              <w:br/>
              <w:br/>
            </w:r>
          </w:p>
        </w:tc>
        <w:tc>
          <w:tcPr>
            <w:tcW w:type="dxa" w:w="5156"/>
          </w:tcPr>
          <w:p>
            <w:pPr>
              <w:spacing w:after="0"/>
            </w:pP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2　個人情報 / Kişisel Bilgiler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rHeight w:val="482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生年月日 / Doğum Tarihi</w:t>
              <w:br/>
              <w:br/>
            </w:r>
          </w:p>
        </w:tc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出生地 / Doğum Yeri</w:t>
              <w:br/>
              <w:br/>
            </w:r>
          </w:p>
        </w:tc>
      </w:tr>
      <w:tr>
        <w:trPr>
          <w:trHeight w:val="482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国籍 / Uyruğu</w:t>
              <w:br/>
              <w:br/>
            </w:r>
          </w:p>
        </w:tc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性別 / Cinsiyet</w:t>
              <w:br/>
              <w:br/>
            </w:r>
          </w:p>
        </w:tc>
      </w:tr>
      <w:tr>
        <w:trPr>
          <w:trHeight w:val="482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健康状態 / Sağlık Durumu</w:t>
              <w:br/>
              <w:br/>
            </w:r>
          </w:p>
        </w:tc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婚姻状況 / Medeni Durumu</w:t>
              <w:br/>
              <w:br/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3　学歴 / Eğitim Bilgileri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1"/>
        <w:gridCol w:w="3969"/>
        <w:gridCol w:w="2835"/>
      </w:tblGrid>
      <w:tr>
        <w:tc>
          <w:tcPr>
            <w:tcW w:type="dxa" w:w="3437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学歴 / Eğitim</w:t>
            </w:r>
          </w:p>
        </w:tc>
        <w:tc>
          <w:tcPr>
            <w:tcW w:type="dxa" w:w="3437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学校名・学部等 / Okul / Bölüm</w:t>
            </w:r>
          </w:p>
        </w:tc>
        <w:tc>
          <w:tcPr>
            <w:tcW w:type="dxa" w:w="3437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卒業年月 / Mezuniyet (Yıl / Ay)</w:t>
            </w:r>
          </w:p>
        </w:tc>
      </w:tr>
      <w:tr>
        <w:trPr>
          <w:trHeight w:val="510"/>
        </w:trPr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高等学校 / Lise</w:t>
            </w:r>
          </w:p>
        </w:tc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年 / Yıl: ______　月 / Ay: ______</w:t>
            </w:r>
          </w:p>
        </w:tc>
      </w:tr>
      <w:tr>
        <w:trPr>
          <w:trHeight w:val="510"/>
        </w:trPr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大学（学部） / Üniversite (Bölüm)</w:t>
            </w:r>
          </w:p>
        </w:tc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年 / Yıl: ______　月 / Ay: ______</w:t>
            </w:r>
          </w:p>
        </w:tc>
      </w:tr>
      <w:tr>
        <w:trPr>
          <w:trHeight w:val="510"/>
        </w:trPr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その他の教育 / Diğer Eğitim</w:t>
            </w:r>
          </w:p>
        </w:tc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年 / Yıl: ______　月 / Ay: ______</w:t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4　職歴（すべて記載） / İş Deneyimi (Tüm İş Deneyimlerinizi Yazınız)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c>
          <w:tcPr>
            <w:tcW w:type="dxa" w:w="2578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勤務先 / İşverenin Adı</w:t>
            </w:r>
          </w:p>
        </w:tc>
        <w:tc>
          <w:tcPr>
            <w:tcW w:type="dxa" w:w="2578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職務・役職 / Görev / Pozisyon</w:t>
            </w:r>
          </w:p>
        </w:tc>
        <w:tc>
          <w:tcPr>
            <w:tcW w:type="dxa" w:w="2578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開始年月 / Başlangıç (Yıl / Ay)</w:t>
            </w:r>
          </w:p>
        </w:tc>
        <w:tc>
          <w:tcPr>
            <w:tcW w:type="dxa" w:w="2578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終了年月 / Bitiş (Yıl / Ay)</w:t>
            </w:r>
          </w:p>
        </w:tc>
      </w:tr>
      <w:tr>
        <w:trPr>
          <w:trHeight w:val="595"/>
        </w:trPr>
        <w:tc>
          <w:tcPr>
            <w:tcW w:type="dxa" w:w="257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57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57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年/Yıl: ____</w:t>
              <w:br/>
              <w:t>月/Ay: ____</w:t>
            </w:r>
          </w:p>
        </w:tc>
        <w:tc>
          <w:tcPr>
            <w:tcW w:type="dxa" w:w="257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年/Yıl: ____</w:t>
              <w:br/>
              <w:t>月/Ay: ____</w:t>
            </w:r>
          </w:p>
        </w:tc>
      </w:tr>
      <w:tr>
        <w:trPr>
          <w:trHeight w:val="595"/>
        </w:trPr>
        <w:tc>
          <w:tcPr>
            <w:tcW w:type="dxa" w:w="257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57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57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年/Yıl: ____</w:t>
              <w:br/>
              <w:t>月/Ay: ____</w:t>
            </w:r>
          </w:p>
        </w:tc>
        <w:tc>
          <w:tcPr>
            <w:tcW w:type="dxa" w:w="257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年/Yıl: ____</w:t>
              <w:br/>
              <w:t>月/Ay: ____</w:t>
            </w:r>
          </w:p>
        </w:tc>
      </w:tr>
      <w:tr>
        <w:trPr>
          <w:trHeight w:val="595"/>
        </w:trPr>
        <w:tc>
          <w:tcPr>
            <w:tcW w:type="dxa" w:w="257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57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57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年/Yıl: ____</w:t>
              <w:br/>
              <w:t>月/Ay: ____</w:t>
            </w:r>
          </w:p>
        </w:tc>
        <w:tc>
          <w:tcPr>
            <w:tcW w:type="dxa" w:w="257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年/Yıl: ____</w:t>
              <w:br/>
              <w:t>月/Ay: ____</w:t>
            </w:r>
          </w:p>
        </w:tc>
      </w:tr>
      <w:tr>
        <w:trPr>
          <w:trHeight w:val="567"/>
        </w:trPr>
        <w:tc>
          <w:tcPr>
            <w:tcW w:type="dxa" w:w="257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57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57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7"/>
              </w:rPr>
              <w:t>年/Yıl: ____</w:t>
              <w:br/>
              <w:t>月/Ay: ____</w:t>
            </w:r>
          </w:p>
        </w:tc>
        <w:tc>
          <w:tcPr>
            <w:tcW w:type="dxa" w:w="257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7"/>
              </w:rPr>
              <w:t>年/Yıl: ____</w:t>
              <w:br/>
              <w:t>月/Ay: ____</w:t>
            </w:r>
          </w:p>
        </w:tc>
      </w:tr>
      <w:tr>
        <w:trPr>
          <w:trHeight w:val="567"/>
        </w:trPr>
        <w:tc>
          <w:tcPr>
            <w:tcW w:type="dxa" w:w="257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57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57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7"/>
              </w:rPr>
              <w:t>年/Yıl: ____</w:t>
              <w:br/>
              <w:t>月/Ay: ____</w:t>
            </w:r>
          </w:p>
        </w:tc>
        <w:tc>
          <w:tcPr>
            <w:tcW w:type="dxa" w:w="257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7"/>
              </w:rPr>
              <w:t>年/Yıl: ____</w:t>
              <w:br/>
              <w:t>月/Ay: ____</w:t>
            </w:r>
          </w:p>
        </w:tc>
      </w:tr>
      <w:tr>
        <w:trPr>
          <w:trHeight w:val="567"/>
        </w:trPr>
        <w:tc>
          <w:tcPr>
            <w:tcW w:type="dxa" w:w="257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57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57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7"/>
              </w:rPr>
              <w:t>年/Yıl: ____</w:t>
              <w:br/>
              <w:t>月/Ay: ____</w:t>
            </w:r>
          </w:p>
        </w:tc>
        <w:tc>
          <w:tcPr>
            <w:tcW w:type="dxa" w:w="257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7"/>
              </w:rPr>
              <w:t>年/Yıl: ____</w:t>
              <w:br/>
              <w:t>月/Ay: ____</w:t>
            </w:r>
          </w:p>
        </w:tc>
      </w:tr>
    </w:tbl>
    <w:p>
      <w:pPr>
        <w:spacing w:before="40" w:after="80"/>
      </w:pPr>
      <w:r>
        <w:rPr>
          <w:sz w:val="17"/>
        </w:rPr>
        <w:t>※すべての職歴を記載してください。欄が不足する場合は、同じ項目（勤務先、職務・役職、開始年月、終了年月）を記載した別紙を添付してください。 / Lütfen tüm iş deneyimlerinizi belirtiniz. Alan yetersiz kalırsa, aynı bilgileri (işverenin adı, görev/pozisyon, başlangıç ve bitiş yıl/ay) içeren ek bir sayfa ekleyiniz.</w:t>
      </w:r>
    </w:p>
    <w:p>
      <w:pPr>
        <w:spacing w:before="100" w:after="60"/>
      </w:pPr>
      <w:r>
        <w:rPr>
          <w:rFonts w:ascii="Arial" w:hAnsi="Arial"/>
          <w:b/>
          <w:sz w:val="21"/>
        </w:rPr>
        <w:t>5　語学力（該当欄にチェック・自己評価） / Yabancı Dil Bilgisi (Uygun Kutuyu İşaretleyiniz; Öz Değerlendirme)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62"/>
        <w:gridCol w:w="2062"/>
        <w:gridCol w:w="2062"/>
        <w:gridCol w:w="2062"/>
        <w:gridCol w:w="2062"/>
      </w:tblGrid>
      <w:tr>
        <w:tc>
          <w:tcPr>
            <w:tcW w:type="dxa" w:w="2062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言語 / Dil</w:t>
            </w:r>
          </w:p>
        </w:tc>
        <w:tc>
          <w:tcPr>
            <w:tcW w:type="dxa" w:w="2062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優秀 / Çok iyi</w:t>
            </w:r>
          </w:p>
        </w:tc>
        <w:tc>
          <w:tcPr>
            <w:tcW w:type="dxa" w:w="2062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良好 / İyi</w:t>
            </w:r>
          </w:p>
        </w:tc>
        <w:tc>
          <w:tcPr>
            <w:tcW w:type="dxa" w:w="2062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普通 / Orta</w:t>
            </w:r>
          </w:p>
        </w:tc>
        <w:tc>
          <w:tcPr>
            <w:tcW w:type="dxa" w:w="2062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初級 / Zayıf</w:t>
            </w:r>
          </w:p>
        </w:tc>
      </w:tr>
      <w:tr>
        <w:tc>
          <w:tcPr>
            <w:tcW w:type="dxa" w:w="2062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英語 / İngilizce</w:t>
            </w:r>
          </w:p>
        </w:tc>
        <w:tc>
          <w:tcPr>
            <w:tcW w:type="dxa" w:w="2062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□</w:t>
            </w:r>
          </w:p>
        </w:tc>
        <w:tc>
          <w:tcPr>
            <w:tcW w:type="dxa" w:w="2062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□</w:t>
            </w:r>
          </w:p>
        </w:tc>
        <w:tc>
          <w:tcPr>
            <w:tcW w:type="dxa" w:w="2062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□</w:t>
            </w:r>
          </w:p>
        </w:tc>
        <w:tc>
          <w:tcPr>
            <w:tcW w:type="dxa" w:w="2062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□</w:t>
            </w:r>
          </w:p>
        </w:tc>
      </w:tr>
      <w:tr>
        <w:tc>
          <w:tcPr>
            <w:tcW w:type="dxa" w:w="2062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日本語 / Japonca</w:t>
            </w:r>
          </w:p>
        </w:tc>
        <w:tc>
          <w:tcPr>
            <w:tcW w:type="dxa" w:w="2062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□</w:t>
            </w:r>
          </w:p>
        </w:tc>
        <w:tc>
          <w:tcPr>
            <w:tcW w:type="dxa" w:w="2062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□</w:t>
            </w:r>
          </w:p>
        </w:tc>
        <w:tc>
          <w:tcPr>
            <w:tcW w:type="dxa" w:w="2062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□</w:t>
            </w:r>
          </w:p>
        </w:tc>
        <w:tc>
          <w:tcPr>
            <w:tcW w:type="dxa" w:w="2062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□</w:t>
            </w:r>
          </w:p>
        </w:tc>
      </w:tr>
    </w:tbl>
    <w:p>
      <w:pPr>
        <w:spacing w:before="60" w:after="40"/>
      </w:pPr>
      <w:r>
        <w:rPr>
          <w:sz w:val="17"/>
        </w:rPr>
        <w:t>英語の公的試験（TOEFL等）のスコアがある場合は記載してください。 / Varsa resmi İngilizce sınavı (TOEFL vb.) puanınızı belirtiniz。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3437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試験 / Sınav</w:t>
            </w:r>
          </w:p>
        </w:tc>
        <w:tc>
          <w:tcPr>
            <w:tcW w:type="dxa" w:w="3437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受験日 / Tarih</w:t>
            </w:r>
          </w:p>
        </w:tc>
        <w:tc>
          <w:tcPr>
            <w:tcW w:type="dxa" w:w="3437"/>
            <w:vAlign w:val="center"/>
            <w:shd w:fill="E7E6E6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スコア / Puan</w:t>
            </w:r>
          </w:p>
        </w:tc>
      </w:tr>
      <w:tr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437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6　応募動機（重要） / Başvuru Amacı ve Motivasyonu (ÖNEMLİ)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rPr>
          <w:trHeight w:val="2381"/>
        </w:trPr>
        <w:tc>
          <w:tcPr>
            <w:tcW w:type="dxa" w:w="10312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8"/>
              </w:rPr>
              <w:br/>
              <w:br/>
              <w:br/>
              <w:br/>
              <w:br/>
              <w:br/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sz w:val="21"/>
        </w:rPr>
        <w:t>7　その他の個人情報 / Diğer Kişisel Bilgiler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rHeight w:val="567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趣味・関心 / Hobiler ve İlgi Alanları</w:t>
            </w:r>
          </w:p>
        </w:tc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567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資格・認定 / Sertifikalar ve Yetkinlikler</w:t>
            </w:r>
          </w:p>
        </w:tc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454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運転免許 / Sürücü Belgesi</w:t>
            </w:r>
          </w:p>
        </w:tc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有 / Var　　無 / Yok</w:t>
            </w:r>
          </w:p>
        </w:tc>
      </w:tr>
      <w:tr>
        <w:trPr>
          <w:trHeight w:val="454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自家用車 / Kendi Aracı</w:t>
            </w:r>
          </w:p>
        </w:tc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有 / Var　　無 / Yok</w:t>
            </w:r>
          </w:p>
        </w:tc>
      </w:tr>
      <w:tr>
        <w:trPr>
          <w:trHeight w:val="454"/>
        </w:trPr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公邸までの所要時間 / Büyükelçi Rezidansına Ulaşım Süresi</w:t>
            </w:r>
          </w:p>
        </w:tc>
        <w:tc>
          <w:tcPr>
            <w:tcW w:type="dxa" w:w="515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7"/>
              </w:rPr>
              <w:t>_____ 時間 / saat　_____ 分 / dakika　交通手段 / ulaşım şekli: __________</w:t>
            </w:r>
          </w:p>
        </w:tc>
      </w:tr>
    </w:tbl>
    <w:sectPr w:rsidR="00FC693F" w:rsidRPr="0006063C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tylesWithEffects.xml" Type="http://schemas.microsoft.com/office/2007/relationships/stylesWithEffect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0</CharactersWithSpaces>
  <SharedDoc>false</SharedDoc>
  <HyperlinkBase/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